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framePr w:w="9354" w:hSpace="0" w:wrap="around" w:vAnchor="page" w:hAnchor="page" w:x="1417" w:y="907"/>
        <w:spacing w:before="0" w:after="0" w:lineRule="exact" w:line="380"/>
      </w:pPr>
      <w:r>
        <w:rPr>
          <w:rFonts w:ascii="Arial" w:hAnsi="Arial"/>
          <w:b/>
          <w:sz w:val="32"/>
          <w:highlight w:val="yellow"/>
        </w:rPr>
        <w:t>[Firmenname oder Logo]</w:t>
      </w:r>
    </w:p>
    <w:p>
      <w:pPr>
        <w:framePr w:w="9354" w:hSpace="0" w:wrap="around" w:vAnchor="page" w:hAnchor="page" w:x="1417" w:y="907"/>
        <w:spacing w:before="0" w:after="0" w:lineRule="exact" w:line="260"/>
      </w:pPr>
      <w:r>
        <w:rPr>
          <w:rFonts w:ascii="Arial" w:hAnsi="Arial"/>
          <w:b w:val="0"/>
          <w:sz w:val="20"/>
          <w:highlight w:val="yellow"/>
        </w:rPr>
        <w:t>[Straße Hausnummer]</w:t>
      </w:r>
      <w:r>
        <w:rPr>
          <w:rFonts w:ascii="Arial" w:hAnsi="Arial"/>
          <w:b w:val="0"/>
          <w:sz w:val="20"/>
        </w:rPr>
        <w:t xml:space="preserve"> · </w:t>
      </w:r>
      <w:r>
        <w:rPr>
          <w:rFonts w:ascii="Arial" w:hAnsi="Arial"/>
          <w:b w:val="0"/>
          <w:sz w:val="20"/>
          <w:highlight w:val="yellow"/>
        </w:rPr>
        <w:t>[PLZ Ort]</w:t>
      </w:r>
      <w:r>
        <w:rPr>
          <w:rFonts w:ascii="Arial" w:hAnsi="Arial"/>
          <w:b w:val="0"/>
          <w:sz w:val="20"/>
        </w:rPr>
        <w:t xml:space="preserve"> · </w:t>
      </w:r>
      <w:r>
        <w:rPr>
          <w:rFonts w:ascii="Arial" w:hAnsi="Arial"/>
          <w:b w:val="0"/>
          <w:sz w:val="20"/>
          <w:highlight w:val="yellow"/>
        </w:rPr>
        <w:t>[www.beispiel.de]</w:t>
      </w:r>
    </w:p>
    <w:p>
      <w:pPr>
        <w:framePr w:w="4535" w:h="2551" w:hRule="exact" w:hSpace="0" w:wrap="around" w:vAnchor="page" w:hAnchor="page" w:x="1417" w:y="2551"/>
        <w:spacing w:before="0" w:after="0" w:lineRule="exact" w:line="201"/>
      </w:pPr>
      <w:r>
        <w:rPr>
          <w:rFonts w:ascii="Arial" w:hAnsi="Arial"/>
          <w:b w:val="0"/>
          <w:sz w:val="16"/>
          <w:highlight w:val="yellow"/>
        </w:rPr>
        <w:t>[Firma]</w:t>
      </w:r>
      <w:r>
        <w:rPr>
          <w:rFonts w:ascii="Arial" w:hAnsi="Arial"/>
          <w:b w:val="0"/>
          <w:sz w:val="16"/>
        </w:rPr>
        <w:t xml:space="preserve"> · </w:t>
      </w:r>
      <w:r>
        <w:rPr>
          <w:rFonts w:ascii="Arial" w:hAnsi="Arial"/>
          <w:b w:val="0"/>
          <w:sz w:val="16"/>
          <w:highlight w:val="yellow"/>
        </w:rPr>
        <w:t>[Straße Hausnummer]</w:t>
      </w:r>
      <w:r>
        <w:rPr>
          <w:rFonts w:ascii="Arial" w:hAnsi="Arial"/>
          <w:b w:val="0"/>
          <w:sz w:val="16"/>
        </w:rPr>
        <w:t xml:space="preserve"> · </w:t>
      </w:r>
      <w:r>
        <w:rPr>
          <w:rFonts w:ascii="Arial" w:hAnsi="Arial"/>
          <w:b w:val="0"/>
          <w:sz w:val="16"/>
          <w:highlight w:val="yellow"/>
        </w:rPr>
        <w:t>[PLZ Ort]</w:t>
      </w:r>
    </w:p>
    <w:p>
      <w:pPr>
        <w:framePr w:w="4535" w:h="2551" w:hRule="exact" w:hSpace="0" w:wrap="around" w:vAnchor="page" w:hAnchor="page" w:x="1417" w:y="2551"/>
        <w:spacing w:before="0" w:after="0" w:lineRule="exact" w:line="201"/>
      </w:pPr>
    </w:p>
    <w:p>
      <w:pPr>
        <w:framePr w:w="4535" w:h="2551" w:hRule="exact" w:hSpace="0" w:wrap="around" w:vAnchor="page" w:hAnchor="page" w:x="1417" w:y="2551"/>
        <w:spacing w:before="0" w:after="0" w:lineRule="exact" w:line="201"/>
      </w:pPr>
    </w:p>
    <w:p>
      <w:pPr>
        <w:framePr w:w="4535" w:h="2551" w:hRule="exact" w:hSpace="0" w:wrap="around" w:vAnchor="page" w:hAnchor="page" w:x="1417" w:y="2551"/>
        <w:spacing w:before="0" w:after="0" w:lineRule="exact" w:line="201"/>
      </w:pPr>
    </w:p>
    <w:p>
      <w:pPr>
        <w:framePr w:w="4535" w:h="2551" w:hRule="exact" w:hSpace="0" w:wrap="around" w:vAnchor="page" w:hAnchor="page" w:x="1417" w:y="2551"/>
        <w:spacing w:before="0" w:after="0" w:lineRule="exact" w:line="201"/>
      </w:pPr>
      <w:r>
        <w:rPr>
          <w:rFonts w:ascii="Arial" w:hAnsi="Arial"/>
          <w:b w:val="0"/>
          <w:sz w:val="18"/>
          <w:highlight w:val="yellow"/>
        </w:rPr>
        <w:t>[ggf. Vermerk, z. B. Persönlich]</w:t>
      </w:r>
    </w:p>
    <w:p>
      <w:pPr>
        <w:framePr w:w="4535" w:h="2551" w:hRule="exact" w:hSpace="0" w:wrap="around" w:vAnchor="page" w:hAnchor="page" w:x="1417" w:y="2551"/>
        <w:spacing w:before="0" w:after="0" w:lineRule="exact" w:line="258"/>
      </w:pPr>
      <w:r>
        <w:rPr>
          <w:rFonts w:ascii="Arial" w:hAnsi="Arial"/>
          <w:b w:val="0"/>
          <w:sz w:val="22"/>
          <w:highlight w:val="yellow"/>
        </w:rPr>
        <w:t>[Firma des Empfängers]</w:t>
      </w:r>
    </w:p>
    <w:p>
      <w:pPr>
        <w:framePr w:w="4535" w:h="2551" w:hRule="exact" w:hSpace="0" w:wrap="around" w:vAnchor="page" w:hAnchor="page" w:x="1417" w:y="2551"/>
        <w:spacing w:before="0" w:after="0" w:lineRule="exact" w:line="258"/>
      </w:pPr>
      <w:r>
        <w:rPr>
          <w:rFonts w:ascii="Arial" w:hAnsi="Arial"/>
          <w:b w:val="0"/>
          <w:sz w:val="22"/>
          <w:highlight w:val="yellow"/>
        </w:rPr>
        <w:t>[Abteilung]</w:t>
      </w:r>
    </w:p>
    <w:p>
      <w:pPr>
        <w:framePr w:w="4535" w:h="2551" w:hRule="exact" w:hSpace="0" w:wrap="around" w:vAnchor="page" w:hAnchor="page" w:x="1417" w:y="2551"/>
        <w:spacing w:before="0" w:after="0" w:lineRule="exact" w:line="258"/>
      </w:pPr>
      <w:r>
        <w:rPr>
          <w:rFonts w:ascii="Arial" w:hAnsi="Arial"/>
          <w:b w:val="0"/>
          <w:sz w:val="22"/>
          <w:highlight w:val="yellow"/>
        </w:rPr>
        <w:t>[Frau oder Herrn Vorname Nachname]</w:t>
      </w:r>
    </w:p>
    <w:p>
      <w:pPr>
        <w:framePr w:w="4535" w:h="2551" w:hRule="exact" w:hSpace="0" w:wrap="around" w:vAnchor="page" w:hAnchor="page" w:x="1417" w:y="2551"/>
        <w:spacing w:before="0" w:after="0" w:lineRule="exact" w:line="258"/>
      </w:pPr>
      <w:r>
        <w:rPr>
          <w:rFonts w:ascii="Arial" w:hAnsi="Arial"/>
          <w:b w:val="0"/>
          <w:sz w:val="22"/>
          <w:highlight w:val="yellow"/>
        </w:rPr>
        <w:t>[Straße Hausnummer]</w:t>
      </w:r>
    </w:p>
    <w:p>
      <w:pPr>
        <w:framePr w:w="4535" w:h="2551" w:hRule="exact" w:hSpace="0" w:wrap="around" w:vAnchor="page" w:hAnchor="page" w:x="1417" w:y="2551"/>
        <w:spacing w:before="0" w:after="0" w:lineRule="exact" w:line="258"/>
      </w:pPr>
      <w:r>
        <w:rPr>
          <w:rFonts w:ascii="Arial" w:hAnsi="Arial"/>
          <w:b w:val="0"/>
          <w:sz w:val="22"/>
          <w:highlight w:val="yellow"/>
        </w:rPr>
        <w:t>[PLZ Ort]</w:t>
      </w:r>
    </w:p>
    <w:p>
      <w:pPr>
        <w:framePr w:w="4535" w:h="2551" w:hRule="exact" w:hSpace="0" w:wrap="around" w:vAnchor="page" w:hAnchor="page" w:x="1417" w:y="2551"/>
        <w:spacing w:before="0" w:after="0" w:lineRule="exact" w:line="258"/>
      </w:pPr>
    </w:p>
    <w:p>
      <w:pPr>
        <w:framePr w:w="4252" w:hSpace="0" w:wrap="around" w:vAnchor="page" w:hAnchor="page" w:x="7087" w:y="2835"/>
        <w:tabs>
          <w:tab w:pos="1701" w:val="left"/>
        </w:tabs>
        <w:spacing w:before="0" w:after="0" w:lineRule="exact" w:line="250"/>
      </w:pPr>
      <w:r>
        <w:rPr>
          <w:rFonts w:ascii="Arial" w:hAnsi="Arial"/>
          <w:b w:val="0"/>
          <w:color w:val="6B7280"/>
          <w:sz w:val="16"/>
        </w:rPr>
        <w:t>Ihr Zeichen</w:t>
      </w:r>
      <w:r>
        <w:rPr>
          <w:rFonts w:ascii="Arial" w:hAnsi="Arial"/>
          <w:b w:val="0"/>
          <w:sz w:val="20"/>
        </w:rPr>
        <w:tab/>
      </w:r>
      <w:r>
        <w:rPr>
          <w:rFonts w:ascii="Arial" w:hAnsi="Arial"/>
          <w:b w:val="0"/>
          <w:sz w:val="20"/>
          <w:highlight w:val="yellow"/>
        </w:rPr>
        <w:t>[ab-123]</w:t>
      </w:r>
    </w:p>
    <w:p>
      <w:pPr>
        <w:framePr w:w="4252" w:hSpace="0" w:wrap="around" w:vAnchor="page" w:hAnchor="page" w:x="7087" w:y="2835"/>
        <w:tabs>
          <w:tab w:pos="1701" w:val="left"/>
        </w:tabs>
        <w:spacing w:before="0" w:after="0" w:lineRule="exact" w:line="250"/>
      </w:pPr>
      <w:r>
        <w:rPr>
          <w:rFonts w:ascii="Arial" w:hAnsi="Arial"/>
          <w:b w:val="0"/>
          <w:color w:val="6B7280"/>
          <w:sz w:val="16"/>
        </w:rPr>
        <w:t>Ihre Nachricht vom</w:t>
      </w:r>
      <w:r>
        <w:rPr>
          <w:rFonts w:ascii="Arial" w:hAnsi="Arial"/>
          <w:b w:val="0"/>
          <w:sz w:val="20"/>
        </w:rPr>
        <w:tab/>
      </w:r>
      <w:r>
        <w:rPr>
          <w:rFonts w:ascii="Arial" w:hAnsi="Arial"/>
          <w:b w:val="0"/>
          <w:sz w:val="20"/>
          <w:highlight w:val="yellow"/>
        </w:rPr>
        <w:t>[01.10.2026]</w:t>
      </w:r>
    </w:p>
    <w:p>
      <w:pPr>
        <w:framePr w:w="4252" w:hSpace="0" w:wrap="around" w:vAnchor="page" w:hAnchor="page" w:x="7087" w:y="2835"/>
        <w:tabs>
          <w:tab w:pos="1701" w:val="left"/>
        </w:tabs>
        <w:spacing w:before="0" w:after="0" w:lineRule="exact" w:line="250"/>
      </w:pPr>
      <w:r>
        <w:rPr>
          <w:rFonts w:ascii="Arial" w:hAnsi="Arial"/>
          <w:b w:val="0"/>
          <w:color w:val="6B7280"/>
          <w:sz w:val="16"/>
        </w:rPr>
        <w:t>Unser Zeichen</w:t>
      </w:r>
      <w:r>
        <w:rPr>
          <w:rFonts w:ascii="Arial" w:hAnsi="Arial"/>
          <w:b w:val="0"/>
          <w:sz w:val="20"/>
        </w:rPr>
        <w:tab/>
      </w:r>
      <w:r>
        <w:rPr>
          <w:rFonts w:ascii="Arial" w:hAnsi="Arial"/>
          <w:b w:val="0"/>
          <w:sz w:val="20"/>
          <w:highlight w:val="yellow"/>
        </w:rPr>
        <w:t>[xy-456]</w:t>
      </w:r>
    </w:p>
    <w:p>
      <w:pPr>
        <w:framePr w:w="4252" w:hSpace="0" w:wrap="around" w:vAnchor="page" w:hAnchor="page" w:x="7087" w:y="2835"/>
        <w:tabs>
          <w:tab w:pos="1701" w:val="left"/>
        </w:tabs>
        <w:spacing w:before="0" w:after="0" w:lineRule="exact" w:line="250"/>
      </w:pPr>
      <w:r>
        <w:rPr>
          <w:rFonts w:ascii="Arial" w:hAnsi="Arial"/>
          <w:b w:val="0"/>
          <w:color w:val="6B7280"/>
          <w:sz w:val="16"/>
        </w:rPr>
        <w:t>Name</w:t>
      </w:r>
      <w:r>
        <w:rPr>
          <w:rFonts w:ascii="Arial" w:hAnsi="Arial"/>
          <w:b w:val="0"/>
          <w:sz w:val="20"/>
        </w:rPr>
        <w:tab/>
      </w:r>
      <w:r>
        <w:rPr>
          <w:rFonts w:ascii="Arial" w:hAnsi="Arial"/>
          <w:b w:val="0"/>
          <w:sz w:val="20"/>
          <w:highlight w:val="yellow"/>
        </w:rPr>
        <w:t>[Vorname Nachname]</w:t>
      </w:r>
    </w:p>
    <w:p>
      <w:pPr>
        <w:framePr w:w="4252" w:hSpace="0" w:wrap="around" w:vAnchor="page" w:hAnchor="page" w:x="7087" w:y="2835"/>
        <w:tabs>
          <w:tab w:pos="1701" w:val="left"/>
        </w:tabs>
        <w:spacing w:before="0" w:after="0" w:lineRule="exact" w:line="250"/>
      </w:pPr>
      <w:r>
        <w:rPr>
          <w:rFonts w:ascii="Arial" w:hAnsi="Arial"/>
          <w:b w:val="0"/>
          <w:color w:val="6B7280"/>
          <w:sz w:val="16"/>
        </w:rPr>
        <w:t>Telefon</w:t>
      </w:r>
      <w:r>
        <w:rPr>
          <w:rFonts w:ascii="Arial" w:hAnsi="Arial"/>
          <w:b w:val="0"/>
          <w:sz w:val="20"/>
        </w:rPr>
        <w:tab/>
      </w:r>
      <w:r>
        <w:rPr>
          <w:rFonts w:ascii="Arial" w:hAnsi="Arial"/>
          <w:b w:val="0"/>
          <w:sz w:val="20"/>
          <w:highlight w:val="yellow"/>
        </w:rPr>
        <w:t>[0221 1234567-89]</w:t>
      </w:r>
    </w:p>
    <w:p>
      <w:pPr>
        <w:framePr w:w="4252" w:hSpace="0" w:wrap="around" w:vAnchor="page" w:hAnchor="page" w:x="7087" w:y="2835"/>
        <w:tabs>
          <w:tab w:pos="1701" w:val="left"/>
        </w:tabs>
        <w:spacing w:before="0" w:after="0" w:lineRule="exact" w:line="250"/>
      </w:pPr>
      <w:r>
        <w:rPr>
          <w:rFonts w:ascii="Arial" w:hAnsi="Arial"/>
          <w:b w:val="0"/>
          <w:color w:val="6B7280"/>
          <w:sz w:val="16"/>
        </w:rPr>
        <w:t>E-Mail</w:t>
      </w:r>
      <w:r>
        <w:rPr>
          <w:rFonts w:ascii="Arial" w:hAnsi="Arial"/>
          <w:b w:val="0"/>
          <w:sz w:val="20"/>
        </w:rPr>
        <w:tab/>
      </w:r>
      <w:r>
        <w:rPr>
          <w:rFonts w:ascii="Arial" w:hAnsi="Arial"/>
          <w:b w:val="0"/>
          <w:sz w:val="20"/>
          <w:highlight w:val="yellow"/>
        </w:rPr>
        <w:t>[name@beispiel.de]</w:t>
      </w:r>
    </w:p>
    <w:p>
      <w:pPr>
        <w:framePr w:w="4252" w:hSpace="0" w:wrap="around" w:vAnchor="page" w:hAnchor="page" w:x="7087" w:y="2835"/>
        <w:tabs>
          <w:tab w:pos="1701" w:val="left"/>
        </w:tabs>
        <w:spacing w:before="0" w:after="0" w:lineRule="exact" w:line="250"/>
      </w:pPr>
      <w:r>
        <w:rPr>
          <w:rFonts w:ascii="Arial" w:hAnsi="Arial"/>
          <w:b w:val="0"/>
          <w:color w:val="6B7280"/>
          <w:sz w:val="16"/>
        </w:rPr>
        <w:t>Datum</w:t>
      </w:r>
      <w:r>
        <w:rPr>
          <w:rFonts w:ascii="Arial" w:hAnsi="Arial"/>
          <w:b w:val="0"/>
          <w:sz w:val="20"/>
        </w:rPr>
        <w:tab/>
      </w:r>
      <w:r>
        <w:rPr>
          <w:rFonts w:ascii="Arial" w:hAnsi="Arial"/>
          <w:b w:val="0"/>
          <w:sz w:val="20"/>
          <w:highlight w:val="yellow"/>
        </w:rPr>
        <w:t>[15.10.2026]</w:t>
      </w:r>
    </w:p>
    <w:p>
      <w:pPr>
        <w:framePr w:w="283" w:h="34" w:hRule="exact" w:hSpace="0" w:wrap="around" w:vAnchor="page" w:hAnchor="page" w:x="227" w:y="5953"/>
        <w:spacing w:before="0" w:after="0" w:lineRule="exact" w:line="20"/>
        <w:pBdr>
          <w:top w:val="single" w:sz="6" w:space="0" w:color="6B7280"/>
        </w:pBdr>
      </w:pPr>
    </w:p>
    <w:p>
      <w:pPr>
        <w:framePr w:w="454" w:h="34" w:hRule="exact" w:hSpace="0" w:wrap="around" w:vAnchor="page" w:hAnchor="page" w:x="227" w:y="8419"/>
        <w:spacing w:before="0" w:after="0" w:lineRule="exact" w:line="20"/>
        <w:pBdr>
          <w:top w:val="single" w:sz="6" w:space="0" w:color="6B7280"/>
        </w:pBdr>
      </w:pPr>
    </w:p>
    <w:p>
      <w:pPr>
        <w:framePr w:w="283" w:h="34" w:hRule="exact" w:hSpace="0" w:wrap="around" w:vAnchor="page" w:hAnchor="page" w:x="227" w:y="11906"/>
        <w:spacing w:before="0" w:after="0" w:lineRule="exact" w:line="20"/>
        <w:pBdr>
          <w:top w:val="single" w:sz="6" w:space="0" w:color="6B7280"/>
        </w:pBdr>
      </w:pPr>
    </w:p>
    <w:p>
      <w:pPr>
        <w:spacing w:before="4450" w:after="0" w:line="240" w:lineRule="auto"/>
      </w:pPr>
      <w:r>
        <w:rPr>
          <w:rFonts w:ascii="Arial" w:hAnsi="Arial"/>
          <w:b/>
          <w:sz w:val="22"/>
          <w:highlight w:val="yellow"/>
        </w:rPr>
        <w:t>[Betreff in einer Zeile, ohne das Wort „Betreff“]</w:t>
      </w:r>
    </w:p>
    <w:p/>
    <w:p/>
    <w:p>
      <w:pPr>
        <w:spacing w:before="0" w:after="0" w:line="240" w:lineRule="auto"/>
      </w:pPr>
      <w:r>
        <w:rPr>
          <w:rFonts w:ascii="Arial" w:hAnsi="Arial"/>
          <w:b w:val="0"/>
          <w:sz w:val="22"/>
        </w:rPr>
        <w:t xml:space="preserve">Sehr geehrte Frau </w:t>
      </w:r>
      <w:r>
        <w:rPr>
          <w:rFonts w:ascii="Arial" w:hAnsi="Arial"/>
          <w:b w:val="0"/>
          <w:sz w:val="22"/>
          <w:highlight w:val="yellow"/>
        </w:rPr>
        <w:t>[Nachname]</w:t>
      </w:r>
      <w:r>
        <w:rPr>
          <w:rFonts w:ascii="Arial" w:hAnsi="Arial"/>
          <w:b w:val="0"/>
          <w:sz w:val="22"/>
        </w:rPr>
        <w:t>,</w:t>
      </w:r>
    </w:p>
    <w:p/>
    <w:p>
      <w:pPr>
        <w:spacing w:before="0" w:after="0" w:line="240" w:lineRule="auto"/>
      </w:pPr>
      <w:r>
        <w:rPr>
          <w:rFonts w:ascii="Arial" w:hAnsi="Arial"/>
          <w:b w:val="0"/>
          <w:sz w:val="22"/>
          <w:highlight w:val="yellow"/>
        </w:rPr>
        <w:t>[Erster Absatz: Anlass und Bezug.]</w:t>
      </w:r>
    </w:p>
    <w:p/>
    <w:p>
      <w:pPr>
        <w:spacing w:before="0" w:after="0" w:line="240" w:lineRule="auto"/>
      </w:pPr>
      <w:r>
        <w:rPr>
          <w:rFonts w:ascii="Arial" w:hAnsi="Arial"/>
          <w:b w:val="0"/>
          <w:sz w:val="22"/>
          <w:highlight w:val="yellow"/>
        </w:rPr>
        <w:t>[Zweiter Absatz: Inhalt, Angebot oder Bitte.]</w:t>
      </w:r>
    </w:p>
    <w:p/>
    <w:p>
      <w:pPr>
        <w:spacing w:before="0" w:after="0" w:line="240" w:lineRule="auto"/>
      </w:pPr>
      <w:r>
        <w:rPr>
          <w:rFonts w:ascii="Arial" w:hAnsi="Arial"/>
          <w:b w:val="0"/>
          <w:sz w:val="22"/>
          <w:highlight w:val="yellow"/>
        </w:rPr>
        <w:t>[Dritter Absatz: nächster Schritt mit Datum.]</w:t>
      </w:r>
    </w:p>
    <w:p/>
    <w:p>
      <w:pPr>
        <w:spacing w:before="0" w:after="0" w:line="240" w:lineRule="auto"/>
      </w:pPr>
      <w:r>
        <w:rPr>
          <w:rFonts w:ascii="Arial" w:hAnsi="Arial"/>
          <w:b w:val="0"/>
          <w:sz w:val="22"/>
        </w:rPr>
        <w:t>Mit freundlichen Grüßen</w:t>
      </w:r>
    </w:p>
    <w:p/>
    <w:p>
      <w:pPr>
        <w:spacing w:before="0" w:after="0" w:line="240" w:lineRule="auto"/>
      </w:pPr>
      <w:r>
        <w:rPr>
          <w:rFonts w:ascii="Arial" w:hAnsi="Arial"/>
          <w:b w:val="0"/>
          <w:sz w:val="22"/>
          <w:highlight w:val="yellow"/>
        </w:rPr>
        <w:t>[Firmenname]</w:t>
      </w:r>
    </w:p>
    <w:p/>
    <w:p/>
    <w:p/>
    <w:p>
      <w:pPr>
        <w:spacing w:before="0" w:after="0" w:line="240" w:lineRule="auto"/>
      </w:pPr>
      <w:r>
        <w:rPr>
          <w:rFonts w:ascii="Arial" w:hAnsi="Arial"/>
          <w:b w:val="0"/>
          <w:sz w:val="22"/>
          <w:highlight w:val="yellow"/>
        </w:rPr>
        <w:t>[Vorname Nachname]</w:t>
      </w:r>
    </w:p>
    <w:p>
      <w:pPr>
        <w:spacing w:before="0" w:after="0" w:line="240" w:lineRule="auto"/>
      </w:pPr>
      <w:r>
        <w:rPr>
          <w:rFonts w:ascii="Arial" w:hAnsi="Arial"/>
          <w:b w:val="0"/>
          <w:sz w:val="22"/>
          <w:highlight w:val="yellow"/>
        </w:rPr>
        <w:t>[Funktion]</w:t>
      </w:r>
    </w:p>
    <w:p/>
    <w:p>
      <w:pPr>
        <w:spacing w:before="0" w:after="0" w:line="240" w:lineRule="auto"/>
      </w:pPr>
      <w:r>
        <w:rPr>
          <w:rFonts w:ascii="Arial" w:hAnsi="Arial"/>
          <w:b/>
          <w:sz w:val="22"/>
        </w:rPr>
        <w:t>Anlagen</w:t>
      </w:r>
    </w:p>
    <w:p>
      <w:pPr>
        <w:spacing w:before="0" w:after="0" w:line="240" w:lineRule="auto"/>
      </w:pPr>
      <w:r>
        <w:rPr>
          <w:rFonts w:ascii="Arial" w:hAnsi="Arial"/>
          <w:b w:val="0"/>
          <w:sz w:val="22"/>
          <w:highlight w:val="yellow"/>
        </w:rPr>
        <w:t>[Angebot vom 15.10.2026]</w:t>
      </w:r>
    </w:p>
    <w:sectPr w:rsidR="00FC693F" w:rsidRPr="0006063C" w:rsidSect="00034616">
      <w:footerReference w:type="default" r:id="rId9"/>
      <w:footerReference w:type="first" r:id="rId10"/>
      <w:pgSz w:w="11906" w:h="16838"/>
      <w:pgMar w:top="1134" w:right="1134" w:bottom="1134" w:left="1417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Seite </w:t>
    </w:r>
    <w:fldSimple w:instr="PAGE">
      <w:r>
        <w:t>2</w:t>
      </w:r>
    </w:fldSimple>
    <w:r>
      <w:rPr>
        <w:sz w:val="18"/>
      </w:rPr>
      <w:t xml:space="preserve"> von </w:t>
    </w:r>
    <w:fldSimple w:instr="NUMPAGES">
      <w:r>
        <w:t>2</w:t>
      </w:r>
    </w:fldSimple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Arial" w:hAnsi="Arial"/>
        <w:b w:val="0"/>
        <w:sz w:val="16"/>
        <w:highlight w:val="yellow"/>
      </w:rPr>
      <w:t>[Firma]</w:t>
    </w:r>
    <w:r>
      <w:rPr>
        <w:rFonts w:ascii="Arial" w:hAnsi="Arial"/>
        <w:b w:val="0"/>
        <w:sz w:val="16"/>
      </w:rPr>
      <w:t xml:space="preserve"> · Sitz </w:t>
    </w:r>
    <w:r>
      <w:rPr>
        <w:rFonts w:ascii="Arial" w:hAnsi="Arial"/>
        <w:b w:val="0"/>
        <w:sz w:val="16"/>
        <w:highlight w:val="yellow"/>
      </w:rPr>
      <w:t>[Ort]</w:t>
    </w:r>
    <w:r>
      <w:rPr>
        <w:rFonts w:ascii="Arial" w:hAnsi="Arial"/>
        <w:b w:val="0"/>
        <w:sz w:val="16"/>
      </w:rPr>
      <w:t xml:space="preserve"> · Registergericht </w:t>
    </w:r>
    <w:r>
      <w:rPr>
        <w:rFonts w:ascii="Arial" w:hAnsi="Arial"/>
        <w:b w:val="0"/>
        <w:sz w:val="16"/>
        <w:highlight w:val="yellow"/>
      </w:rPr>
      <w:t>[Amtsgericht]</w:t>
    </w:r>
    <w:r>
      <w:rPr>
        <w:rFonts w:ascii="Arial" w:hAnsi="Arial"/>
        <w:b w:val="0"/>
        <w:sz w:val="16"/>
      </w:rPr>
      <w:t xml:space="preserve">, </w:t>
    </w:r>
    <w:r>
      <w:rPr>
        <w:rFonts w:ascii="Arial" w:hAnsi="Arial"/>
        <w:b w:val="0"/>
        <w:sz w:val="16"/>
        <w:highlight w:val="yellow"/>
      </w:rPr>
      <w:t>[HRB 12345]</w:t>
    </w:r>
    <w:r>
      <w:rPr>
        <w:rFonts w:ascii="Arial" w:hAnsi="Arial"/>
        <w:b w:val="0"/>
        <w:sz w:val="16"/>
      </w:rPr>
      <w:t xml:space="preserve"> · Geschäftsführung </w:t>
    </w:r>
    <w:r>
      <w:rPr>
        <w:rFonts w:ascii="Arial" w:hAnsi="Arial"/>
        <w:b w:val="0"/>
        <w:sz w:val="16"/>
        <w:highlight w:val="yellow"/>
      </w:rPr>
      <w:t>[Name]</w:t>
    </w:r>
    <w:r>
      <w:rPr>
        <w:rFonts w:ascii="Arial" w:hAnsi="Arial"/>
        <w:b w:val="0"/>
        <w:sz w:val="16"/>
      </w:rPr>
      <w:t xml:space="preserve"> · USt-IdNr. </w:t>
    </w:r>
    <w:r>
      <w:rPr>
        <w:rFonts w:ascii="Arial" w:hAnsi="Arial"/>
        <w:b w:val="0"/>
        <w:sz w:val="16"/>
        <w:highlight w:val="yellow"/>
      </w:rPr>
      <w:t>[DE123456789]</w:t>
    </w:r>
    <w:r>
      <w:rPr>
        <w:rFonts w:ascii="Arial" w:hAnsi="Arial"/>
        <w:b w:val="0"/>
        <w:sz w:val="16"/>
      </w:rPr>
      <w:t xml:space="preserve"> · IBAN </w:t>
    </w:r>
    <w:r>
      <w:rPr>
        <w:rFonts w:ascii="Arial" w:hAnsi="Arial"/>
        <w:b w:val="0"/>
        <w:sz w:val="16"/>
        <w:highlight w:val="yellow"/>
      </w:rPr>
      <w:t>[DE00 0000 0000 0000 0000 00]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Briefvorlage DIN 5008 Geschäftsbrief (Form B)</dc:title>
  <dc:subject>Briefvorlage nach DIN 5008 (Form B)</dc:subject>
  <dc:creator>reklamo.ai</dc:creator>
  <cp:keywords>DIN 5008, Musterbrief, Vorlage, Word, reklamo.ai</cp:keywords>
  <dc:description>Vorlage von reklamo.ai/musterbriefe/brief-din-5008/ · gelb markierte Stellen ersetzen.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