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framePr w:w="9354" w:hSpace="0" w:wrap="around" w:vAnchor="page" w:hAnchor="page" w:x="1417" w:y="907"/>
        <w:spacing w:before="0" w:after="0" w:lineRule="exact" w:line="340"/>
      </w:pPr>
      <w:r>
        <w:rPr>
          <w:rFonts w:ascii="Arial" w:hAnsi="Arial"/>
          <w:b/>
          <w:sz w:val="28"/>
          <w:highlight w:val="yellow"/>
        </w:rPr>
        <w:t>[Vor- und Nachname]</w:t>
      </w:r>
    </w:p>
    <w:p>
      <w:pPr>
        <w:framePr w:w="9354" w:hSpace="0" w:wrap="around" w:vAnchor="page" w:hAnchor="page" w:x="1417" w:y="907"/>
        <w:spacing w:before="0" w:after="0" w:lineRule="exact" w:line="260"/>
      </w:pPr>
      <w:r>
        <w:rPr>
          <w:rFonts w:ascii="Arial" w:hAnsi="Arial"/>
          <w:b w:val="0"/>
          <w:sz w:val="20"/>
          <w:highlight w:val="yellow"/>
        </w:rPr>
        <w:t>[Straße Hausnummer]</w:t>
      </w:r>
      <w:r>
        <w:rPr>
          <w:rFonts w:ascii="Arial" w:hAnsi="Arial"/>
          <w:b w:val="0"/>
          <w:sz w:val="20"/>
        </w:rPr>
        <w:t xml:space="preserve"> · </w:t>
      </w:r>
      <w:r>
        <w:rPr>
          <w:rFonts w:ascii="Arial" w:hAnsi="Arial"/>
          <w:b w:val="0"/>
          <w:sz w:val="20"/>
          <w:highlight w:val="yellow"/>
        </w:rPr>
        <w:t>[PLZ Ort]</w:t>
      </w:r>
    </w:p>
    <w:p>
      <w:pPr>
        <w:framePr w:w="9354" w:hSpace="0" w:wrap="around" w:vAnchor="page" w:hAnchor="page" w:x="1417" w:y="907"/>
        <w:spacing w:before="0" w:after="0" w:lineRule="exact" w:line="260"/>
      </w:pPr>
      <w:r>
        <w:rPr>
          <w:rFonts w:ascii="Arial" w:hAnsi="Arial"/>
          <w:b w:val="0"/>
          <w:sz w:val="20"/>
        </w:rPr>
        <w:t xml:space="preserve">Telefon </w:t>
      </w:r>
      <w:r>
        <w:rPr>
          <w:rFonts w:ascii="Arial" w:hAnsi="Arial"/>
          <w:b w:val="0"/>
          <w:sz w:val="20"/>
          <w:highlight w:val="yellow"/>
        </w:rPr>
        <w:t>[0221 1234567]</w:t>
      </w:r>
      <w:r>
        <w:rPr>
          <w:rFonts w:ascii="Arial" w:hAnsi="Arial"/>
          <w:b w:val="0"/>
          <w:sz w:val="20"/>
        </w:rPr>
        <w:t xml:space="preserve"> · E-Mail </w:t>
      </w:r>
      <w:r>
        <w:rPr>
          <w:rFonts w:ascii="Arial" w:hAnsi="Arial"/>
          <w:b w:val="0"/>
          <w:sz w:val="20"/>
          <w:highlight w:val="yellow"/>
        </w:rPr>
        <w:t>[name@beispiel.de]</w:t>
      </w:r>
    </w:p>
    <w:p>
      <w:pPr>
        <w:framePr w:w="4535" w:h="2551" w:hRule="exact" w:hSpace="0" w:wrap="around" w:vAnchor="page" w:hAnchor="page" w:x="1417" w:y="2551"/>
        <w:spacing w:before="0" w:after="0" w:lineRule="exact" w:line="201"/>
      </w:pPr>
      <w:r>
        <w:rPr>
          <w:rFonts w:ascii="Arial" w:hAnsi="Arial"/>
          <w:b w:val="0"/>
          <w:sz w:val="16"/>
          <w:highlight w:val="yellow"/>
        </w:rPr>
        <w:t>[Vor- und Nachname]</w:t>
      </w:r>
      <w:r>
        <w:rPr>
          <w:rFonts w:ascii="Arial" w:hAnsi="Arial"/>
          <w:b w:val="0"/>
          <w:sz w:val="16"/>
        </w:rPr>
        <w:t xml:space="preserve"> · </w:t>
      </w:r>
      <w:r>
        <w:rPr>
          <w:rFonts w:ascii="Arial" w:hAnsi="Arial"/>
          <w:b w:val="0"/>
          <w:sz w:val="16"/>
          <w:highlight w:val="yellow"/>
        </w:rPr>
        <w:t>[Straße Hausnummer]</w:t>
      </w:r>
      <w:r>
        <w:rPr>
          <w:rFonts w:ascii="Arial" w:hAnsi="Arial"/>
          <w:b w:val="0"/>
          <w:sz w:val="16"/>
        </w:rPr>
        <w:t xml:space="preserve"> · </w:t>
      </w:r>
      <w:r>
        <w:rPr>
          <w:rFonts w:ascii="Arial" w:hAnsi="Arial"/>
          <w:b w:val="0"/>
          <w:sz w:val="16"/>
          <w:highlight w:val="yellow"/>
        </w:rPr>
        <w:t>[PLZ Ort]</w:t>
      </w:r>
    </w:p>
    <w:p>
      <w:pPr>
        <w:framePr w:w="4535" w:h="2551" w:hRule="exact" w:hSpace="0" w:wrap="around" w:vAnchor="page" w:hAnchor="page" w:x="1417" w:y="2551"/>
        <w:spacing w:before="0" w:after="0" w:lineRule="exact" w:line="201"/>
      </w:pPr>
    </w:p>
    <w:p>
      <w:pPr>
        <w:framePr w:w="4535" w:h="2551" w:hRule="exact" w:hSpace="0" w:wrap="around" w:vAnchor="page" w:hAnchor="page" w:x="1417" w:y="2551"/>
        <w:spacing w:before="0" w:after="0" w:lineRule="exact" w:line="201"/>
      </w:pPr>
    </w:p>
    <w:p>
      <w:pPr>
        <w:framePr w:w="4535" w:h="2551" w:hRule="exact" w:hSpace="0" w:wrap="around" w:vAnchor="page" w:hAnchor="page" w:x="1417" w:y="2551"/>
        <w:spacing w:before="0" w:after="0" w:lineRule="exact" w:line="201"/>
      </w:pPr>
    </w:p>
    <w:p>
      <w:pPr>
        <w:framePr w:w="4535" w:h="2551" w:hRule="exact" w:hSpace="0" w:wrap="around" w:vAnchor="page" w:hAnchor="page" w:x="1417" w:y="2551"/>
        <w:spacing w:before="0" w:after="0" w:lineRule="exact" w:line="201"/>
      </w:pPr>
      <w:r>
        <w:rPr>
          <w:rFonts w:ascii="Arial" w:hAnsi="Arial"/>
          <w:b w:val="0"/>
          <w:sz w:val="18"/>
          <w:highlight w:val="yellow"/>
        </w:rPr>
        <w:t>[ggf. Vermerk, z. B. Einschreiben]</w:t>
      </w:r>
    </w:p>
    <w:p>
      <w:pPr>
        <w:framePr w:w="4535" w:h="2551" w:hRule="exact" w:hSpace="0" w:wrap="around" w:vAnchor="page" w:hAnchor="page" w:x="1417" w:y="2551"/>
        <w:spacing w:before="0" w:after="0" w:lineRule="exact" w:line="258"/>
      </w:pPr>
      <w:r>
        <w:rPr>
          <w:rFonts w:ascii="Arial" w:hAnsi="Arial"/>
          <w:b w:val="0"/>
          <w:sz w:val="22"/>
          <w:highlight w:val="yellow"/>
        </w:rPr>
        <w:t>[Firma oder Name des Empfängers]</w:t>
      </w:r>
    </w:p>
    <w:p>
      <w:pPr>
        <w:framePr w:w="4535" w:h="2551" w:hRule="exact" w:hSpace="0" w:wrap="around" w:vAnchor="page" w:hAnchor="page" w:x="1417" w:y="2551"/>
        <w:spacing w:before="0" w:after="0" w:lineRule="exact" w:line="258"/>
      </w:pPr>
      <w:r>
        <w:rPr>
          <w:rFonts w:ascii="Arial" w:hAnsi="Arial"/>
          <w:b w:val="0"/>
          <w:sz w:val="22"/>
          <w:highlight w:val="yellow"/>
        </w:rPr>
        <w:t>[ggf. Abteilung oder z. Hd. Frau Beispiel]</w:t>
      </w:r>
    </w:p>
    <w:p>
      <w:pPr>
        <w:framePr w:w="4535" w:h="2551" w:hRule="exact" w:hSpace="0" w:wrap="around" w:vAnchor="page" w:hAnchor="page" w:x="1417" w:y="2551"/>
        <w:spacing w:before="0" w:after="0" w:lineRule="exact" w:line="258"/>
      </w:pPr>
      <w:r>
        <w:rPr>
          <w:rFonts w:ascii="Arial" w:hAnsi="Arial"/>
          <w:b w:val="0"/>
          <w:sz w:val="22"/>
          <w:highlight w:val="yellow"/>
        </w:rPr>
        <w:t>[Straße Hausnummer oder Postfach]</w:t>
      </w:r>
    </w:p>
    <w:p>
      <w:pPr>
        <w:framePr w:w="4535" w:h="2551" w:hRule="exact" w:hSpace="0" w:wrap="around" w:vAnchor="page" w:hAnchor="page" w:x="1417" w:y="2551"/>
        <w:spacing w:before="0" w:after="0" w:lineRule="exact" w:line="258"/>
      </w:pPr>
      <w:r>
        <w:rPr>
          <w:rFonts w:ascii="Arial" w:hAnsi="Arial"/>
          <w:b w:val="0"/>
          <w:sz w:val="22"/>
          <w:highlight w:val="yellow"/>
        </w:rPr>
        <w:t>[PLZ Ort]</w:t>
      </w:r>
    </w:p>
    <w:p>
      <w:pPr>
        <w:framePr w:w="4535" w:h="2551" w:hRule="exact" w:hSpace="0" w:wrap="around" w:vAnchor="page" w:hAnchor="page" w:x="1417" w:y="2551"/>
        <w:spacing w:before="0" w:after="0" w:lineRule="exact" w:line="258"/>
      </w:pPr>
    </w:p>
    <w:p>
      <w:pPr>
        <w:framePr w:w="4535" w:h="2551" w:hRule="exact" w:hSpace="0" w:wrap="around" w:vAnchor="page" w:hAnchor="page" w:x="1417" w:y="2551"/>
        <w:spacing w:before="0" w:after="0" w:lineRule="exact" w:line="258"/>
      </w:pPr>
    </w:p>
    <w:p>
      <w:pPr>
        <w:framePr w:w="4252" w:hSpace="0" w:wrap="around" w:vAnchor="page" w:hAnchor="page" w:x="7087" w:y="2835"/>
        <w:tabs>
          <w:tab w:pos="1701" w:val="left"/>
        </w:tabs>
        <w:spacing w:before="0" w:after="0" w:lineRule="exact" w:line="250"/>
      </w:pPr>
      <w:r>
        <w:rPr>
          <w:rFonts w:ascii="Arial" w:hAnsi="Arial"/>
          <w:b w:val="0"/>
          <w:color w:val="6B7280"/>
          <w:sz w:val="16"/>
        </w:rPr>
        <w:t>Ihr Zeichen</w:t>
      </w:r>
      <w:r>
        <w:rPr>
          <w:rFonts w:ascii="Arial" w:hAnsi="Arial"/>
          <w:b w:val="0"/>
          <w:sz w:val="20"/>
        </w:rPr>
        <w:tab/>
      </w:r>
      <w:r>
        <w:rPr>
          <w:rFonts w:ascii="Arial" w:hAnsi="Arial"/>
          <w:b w:val="0"/>
          <w:sz w:val="20"/>
          <w:highlight w:val="yellow"/>
        </w:rPr>
        <w:t>[Aktenzeichen des Empfängers]</w:t>
      </w:r>
    </w:p>
    <w:p>
      <w:pPr>
        <w:framePr w:w="4252" w:hSpace="0" w:wrap="around" w:vAnchor="page" w:hAnchor="page" w:x="7087" w:y="2835"/>
        <w:tabs>
          <w:tab w:pos="1701" w:val="left"/>
        </w:tabs>
        <w:spacing w:before="0" w:after="0" w:lineRule="exact" w:line="250"/>
      </w:pPr>
      <w:r>
        <w:rPr>
          <w:rFonts w:ascii="Arial" w:hAnsi="Arial"/>
          <w:b w:val="0"/>
          <w:color w:val="6B7280"/>
          <w:sz w:val="16"/>
        </w:rPr>
        <w:t>Kundennummer</w:t>
      </w:r>
      <w:r>
        <w:rPr>
          <w:rFonts w:ascii="Arial" w:hAnsi="Arial"/>
          <w:b w:val="0"/>
          <w:sz w:val="20"/>
        </w:rPr>
        <w:tab/>
      </w:r>
      <w:r>
        <w:rPr>
          <w:rFonts w:ascii="Arial" w:hAnsi="Arial"/>
          <w:b w:val="0"/>
          <w:sz w:val="20"/>
          <w:highlight w:val="yellow"/>
        </w:rPr>
        <w:t>[Kunden- oder Vertragsnummer]</w:t>
      </w:r>
    </w:p>
    <w:p>
      <w:pPr>
        <w:framePr w:w="4252" w:hSpace="0" w:wrap="around" w:vAnchor="page" w:hAnchor="page" w:x="7087" w:y="2835"/>
        <w:tabs>
          <w:tab w:pos="1701" w:val="left"/>
        </w:tabs>
        <w:spacing w:before="0" w:after="0" w:lineRule="exact" w:line="250"/>
      </w:pPr>
      <w:r>
        <w:rPr>
          <w:rFonts w:ascii="Arial" w:hAnsi="Arial"/>
          <w:b w:val="0"/>
          <w:color w:val="6B7280"/>
          <w:sz w:val="16"/>
        </w:rPr>
        <w:t>Telefon</w:t>
      </w:r>
      <w:r>
        <w:rPr>
          <w:rFonts w:ascii="Arial" w:hAnsi="Arial"/>
          <w:b w:val="0"/>
          <w:sz w:val="20"/>
        </w:rPr>
        <w:tab/>
      </w:r>
      <w:r>
        <w:rPr>
          <w:rFonts w:ascii="Arial" w:hAnsi="Arial"/>
          <w:b w:val="0"/>
          <w:sz w:val="20"/>
          <w:highlight w:val="yellow"/>
        </w:rPr>
        <w:t>[0221 1234567]</w:t>
      </w:r>
    </w:p>
    <w:p>
      <w:pPr>
        <w:framePr w:w="4252" w:hSpace="0" w:wrap="around" w:vAnchor="page" w:hAnchor="page" w:x="7087" w:y="2835"/>
        <w:tabs>
          <w:tab w:pos="1701" w:val="left"/>
        </w:tabs>
        <w:spacing w:before="0" w:after="0" w:lineRule="exact" w:line="250"/>
      </w:pPr>
      <w:r>
        <w:rPr>
          <w:rFonts w:ascii="Arial" w:hAnsi="Arial"/>
          <w:b w:val="0"/>
          <w:color w:val="6B7280"/>
          <w:sz w:val="16"/>
        </w:rPr>
        <w:t>Datum</w:t>
      </w:r>
      <w:r>
        <w:rPr>
          <w:rFonts w:ascii="Arial" w:hAnsi="Arial"/>
          <w:b w:val="0"/>
          <w:sz w:val="20"/>
        </w:rPr>
        <w:tab/>
      </w:r>
      <w:r>
        <w:rPr>
          <w:rFonts w:ascii="Arial" w:hAnsi="Arial"/>
          <w:b w:val="0"/>
          <w:sz w:val="20"/>
          <w:highlight w:val="yellow"/>
        </w:rPr>
        <w:t>[15. Oktober 2026]</w:t>
      </w:r>
    </w:p>
    <w:p>
      <w:pPr>
        <w:framePr w:w="283" w:h="34" w:hRule="exact" w:hSpace="0" w:wrap="around" w:vAnchor="page" w:hAnchor="page" w:x="227" w:y="5953"/>
        <w:spacing w:before="0" w:after="0" w:lineRule="exact" w:line="20"/>
        <w:pBdr>
          <w:top w:val="single" w:sz="6" w:space="0" w:color="6B7280"/>
        </w:pBdr>
      </w:pPr>
    </w:p>
    <w:p>
      <w:pPr>
        <w:framePr w:w="454" w:h="34" w:hRule="exact" w:hSpace="0" w:wrap="around" w:vAnchor="page" w:hAnchor="page" w:x="227" w:y="8419"/>
        <w:spacing w:before="0" w:after="0" w:lineRule="exact" w:line="20"/>
        <w:pBdr>
          <w:top w:val="single" w:sz="6" w:space="0" w:color="6B7280"/>
        </w:pBdr>
      </w:pPr>
    </w:p>
    <w:p>
      <w:pPr>
        <w:framePr w:w="283" w:h="34" w:hRule="exact" w:hSpace="0" w:wrap="around" w:vAnchor="page" w:hAnchor="page" w:x="227" w:y="11906"/>
        <w:spacing w:before="0" w:after="0" w:lineRule="exact" w:line="20"/>
        <w:pBdr>
          <w:top w:val="single" w:sz="6" w:space="0" w:color="6B7280"/>
        </w:pBdr>
      </w:pPr>
    </w:p>
    <w:p>
      <w:pPr>
        <w:spacing w:before="4450" w:after="0" w:line="240" w:lineRule="auto"/>
      </w:pPr>
      <w:r>
        <w:rPr>
          <w:rFonts w:ascii="Arial" w:hAnsi="Arial"/>
          <w:b/>
          <w:sz w:val="22"/>
          <w:highlight w:val="yellow"/>
        </w:rPr>
        <w:t>[Betreff in einer Zeile, ohne das Wort „Betreff“, z. B. Kündigung meines Vertrags 4711]</w:t>
      </w:r>
    </w:p>
    <w:p/>
    <w:p/>
    <w:p>
      <w:pPr>
        <w:spacing w:before="0" w:after="0" w:line="240" w:lineRule="auto"/>
      </w:pPr>
      <w:r>
        <w:rPr>
          <w:rFonts w:ascii="Arial" w:hAnsi="Arial"/>
          <w:b w:val="0"/>
          <w:sz w:val="22"/>
        </w:rPr>
        <w:t>Sehr geehrte Damen und Herren,</w:t>
      </w:r>
    </w:p>
    <w:p/>
    <w:p>
      <w:pPr>
        <w:spacing w:before="0" w:after="0" w:line="240" w:lineRule="auto"/>
      </w:pPr>
      <w:r>
        <w:rPr>
          <w:rFonts w:ascii="Arial" w:hAnsi="Arial"/>
          <w:b w:val="0"/>
          <w:sz w:val="22"/>
          <w:highlight w:val="yellow"/>
        </w:rPr>
        <w:t>[Erster Absatz: Worum geht es? Was ist passiert, mit Datum und Nummer?]</w:t>
      </w:r>
    </w:p>
    <w:p/>
    <w:p>
      <w:pPr>
        <w:spacing w:before="0" w:after="0" w:line="240" w:lineRule="auto"/>
      </w:pPr>
      <w:r>
        <w:rPr>
          <w:rFonts w:ascii="Arial" w:hAnsi="Arial"/>
          <w:b w:val="0"/>
          <w:sz w:val="22"/>
          <w:highlight w:val="yellow"/>
        </w:rPr>
        <w:t>[Zweiter Absatz: Was möchten Sie genau, und bis wann? Zum Beispiel: Bitte bestätigen Sie mir das bis zum 29. Oktober 2026 schriftlich.]</w:t>
      </w:r>
    </w:p>
    <w:p/>
    <w:p>
      <w:pPr>
        <w:spacing w:before="0" w:after="0" w:line="240" w:lineRule="auto"/>
      </w:pPr>
      <w:r>
        <w:rPr>
          <w:rFonts w:ascii="Arial" w:hAnsi="Arial"/>
          <w:b w:val="0"/>
          <w:sz w:val="22"/>
        </w:rPr>
        <w:t>Mit freundlichen Grüßen</w:t>
      </w:r>
    </w:p>
    <w:p/>
    <w:p/>
    <w:p/>
    <w:p>
      <w:pPr>
        <w:spacing w:before="0" w:after="0" w:line="240" w:lineRule="auto"/>
      </w:pPr>
      <w:r>
        <w:rPr>
          <w:rFonts w:ascii="Arial" w:hAnsi="Arial"/>
          <w:b w:val="0"/>
          <w:sz w:val="22"/>
          <w:highlight w:val="yellow"/>
        </w:rPr>
        <w:t>[Vor- und Nachname]</w:t>
      </w:r>
    </w:p>
    <w:p/>
    <w:p>
      <w:pPr>
        <w:spacing w:before="0" w:after="0" w:line="240" w:lineRule="auto"/>
      </w:pPr>
      <w:r>
        <w:rPr>
          <w:rFonts w:ascii="Arial" w:hAnsi="Arial"/>
          <w:b/>
          <w:sz w:val="22"/>
        </w:rPr>
        <w:t>Anlagen</w:t>
      </w:r>
    </w:p>
    <w:p>
      <w:pPr>
        <w:spacing w:before="0" w:after="0" w:line="240" w:lineRule="auto"/>
      </w:pPr>
      <w:r>
        <w:rPr>
          <w:rFonts w:ascii="Arial" w:hAnsi="Arial"/>
          <w:b w:val="0"/>
          <w:sz w:val="22"/>
          <w:highlight w:val="yellow"/>
        </w:rPr>
        <w:t>[z. B. Kopie der Rechnung vom 1. Oktober 2026]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fldSimple w:instr="PAGE">
      <w:r>
        <w:t>2</w:t>
      </w:r>
    </w:fldSimple>
    <w:r>
      <w:rPr>
        <w:sz w:val="18"/>
      </w:rPr>
      <w:t xml:space="preserve"> von </w:t>
    </w:r>
    <w:fldSimple w:instr="NUMPAGES">
      <w:r>
        <w:t>2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Briefvorlage DIN 5008 privat (Form B)</dc:title>
  <dc:subject>Briefvorlage nach DIN 5008 (Form B)</dc:subject>
  <dc:creator>reklamo.ai</dc:creator>
  <cp:keywords>DIN 5008, Musterbrief, Vorlage, Word, reklamo.ai</cp:keywords>
  <dc:description>Vorlage von reklamo.ai/musterbriefe/brief-din-5008/ · gelb markierte Stellen ersetzen.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